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※架空のサンプルです</w:t>
      </w:r>
    </w:p>
    <w:p>
      <w:pPr>
        <w:pStyle w:val="Title"/>
      </w:pPr>
      <w:r>
        <w:t>4つの箱の読み方</w:t>
      </w:r>
    </w:p>
    <w:p>
      <w:r>
        <w:t>このフォルダは講義・実演用です。企業・商材・商談・数字・条件はすべて架空で、実在の企業や商品を指しません。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4082"/>
        <w:gridCol w:w="3515"/>
      </w:tblGrid>
      <w:tr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DE9E2"/>
          </w:tcPr>
          <w:p>
            <w:r>
              <w:rPr>
                <w:b/>
              </w:rPr>
              <w:t>箱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DE9E2"/>
          </w:tcPr>
          <w:p>
            <w:r>
              <w:rPr>
                <w:b/>
              </w:rPr>
              <w:t>読むファイル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DE9E2"/>
          </w:tcPr>
          <w:p>
            <w:r>
              <w:rPr>
                <w:b/>
              </w:rPr>
              <w:t>使い方</w:t>
            </w:r>
          </w:p>
        </w:tc>
      </w:tr>
      <w:tr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① 顧客の要望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03_商談メモ.docx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言われたことを拾う</w:t>
            </w:r>
          </w:p>
        </w:tc>
      </w:tr>
      <w:tr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② 顧客の状況・企業情報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03_商談メモ.docx、04_顧客企業情報.docx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事実と未確認を分ける</w:t>
            </w:r>
          </w:p>
        </w:tc>
      </w:tr>
      <w:tr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③ 自社の商材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01_自社商材.docx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できること・条件・向く企業を確かめる</w:t>
            </w:r>
          </w:p>
        </w:tc>
      </w:tr>
      <w:tr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④ 過去の提案書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02_過去提案書_抜粋.docx</w:t>
            </w:r>
          </w:p>
        </w:tc>
        <w:tc>
          <w:tcPr>
            <w:tcW w:type="dxa" w:w="321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>見出しと言い回しの見本にする</w:t>
            </w:r>
          </w:p>
        </w:tc>
      </w:tr>
    </w:tbl>
    <w:p/>
    <w:p>
      <w:r>
        <w:t>商談での発言を事実として引用し、課題仮説は仮説と明記します。資料に無いことは「未確認」。根拠は元ファイルの文をそのまま引用してファイル名を添えます。箱④の数字や条件を今回の事実として扱いません。</w:t>
      </w:r>
    </w:p>
    <w:p>
      <w:r>
        <w:t>P1 → 人が仮説を1つ選ぶ → P2 → OK → P3 → OK → P4（白黒版）→ P4B（GAS Labブランド適用）→ P5。レビューは新しいチャットでP6。生成物の保存先は隣のdemo/output/です。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93" w:lineRule="auto"/>
    </w:pPr>
    <w:rPr>
      <w:rFonts w:ascii="Hiragino Sans" w:hAnsi="Hiragino Sans" w:eastAsia="Hiragino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93" w:lineRule="auto"/>
      <w:outlineLvl w:val="0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93" w:lineRule="auto"/>
      <w:outlineLvl w:val="1"/>
    </w:pPr>
    <w:rPr>
      <w:rFonts w:asciiTheme="majorHAnsi" w:eastAsiaTheme="majorEastAsia" w:hAnsiTheme="majorHAnsi" w:cstheme="majorBidi" w:ascii="Hiragino Sans" w:hAnsi="Hiragino Sans" w:eastAsia="Hiragino Sans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93" w:lineRule="auto"/>
      <w:contextualSpacing/>
    </w:pPr>
    <w:rPr>
      <w:rFonts w:asciiTheme="majorHAnsi" w:eastAsiaTheme="majorEastAsia" w:hAnsiTheme="majorHAnsi" w:cstheme="majorBidi" w:ascii="Hiragino Sans" w:hAnsi="Hiragino Sans" w:eastAsia="Hiragino Sans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93" w:lineRule="auto"/>
      <w:contextualSpacing/>
    </w:pPr>
    <w:rPr>
      <w:rFonts w:ascii="Hiragino Sans" w:hAnsi="Hiragino Sans" w:eastAsia="Hiragino Sans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けいたろう</dc:creator>
  <cp:keywords/>
  <dc:description>generated by python-docx</dc:description>
  <cp:lastModifiedBy>けいたろう</cp:lastModifiedBy>
  <cp:revision>1</cp:revision>
  <dcterms:created xsi:type="dcterms:W3CDTF">2013-12-23T23:15:00Z</dcterms:created>
  <dcterms:modified xsi:type="dcterms:W3CDTF">2013-12-23T23:15:00Z</dcterms:modified>
  <cp:category/>
</cp:coreProperties>
</file>