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※架空のサンプルです</w:t>
      </w:r>
    </w:p>
    <w:p>
      <w:pPr>
        <w:pStyle w:val="Title"/>
      </w:pPr>
      <w:r>
        <w:t>ホクト物流 商談メモ</w:t>
      </w:r>
    </w:p>
    <w:p>
      <w:r>
        <w:t>架空の商談。相手は経理の担当者。口語のまま記録しています。</w:t>
      </w:r>
    </w:p>
    <w:p>
      <w:pPr>
        <w:pStyle w:val="ListBullet"/>
      </w:pPr>
      <w:r>
        <w:t>「月末になると、各拠点から経費がまとめて来るんですよね」</w:t>
      </w:r>
    </w:p>
    <w:p>
      <w:pPr>
        <w:pStyle w:val="ListBullet"/>
      </w:pPr>
      <w:r>
        <w:t>「今は申請が紙と表計算で混ざってます」</w:t>
      </w:r>
    </w:p>
    <w:p>
      <w:pPr>
        <w:pStyle w:val="ListBullet"/>
      </w:pPr>
      <w:r>
        <w:t>「用途が空欄だったり、領収書が付いてなかったり。拠点に聞き直すことが多いです」</w:t>
      </w:r>
    </w:p>
    <w:p>
      <w:pPr>
        <w:pStyle w:val="ListBullet"/>
      </w:pPr>
      <w:r>
        <w:t>「経理は2名で、月末の経費処理が遅れて残業しています」</w:t>
      </w:r>
    </w:p>
    <w:p>
      <w:pPr>
        <w:pStyle w:val="ListBullet"/>
      </w:pPr>
      <w:r>
        <w:t>「拠点の承認が終わったか分からなくて、経理から確認することもあります」</w:t>
      </w:r>
    </w:p>
    <w:p>
      <w:pPr>
        <w:pStyle w:val="ListBullet"/>
      </w:pPr>
      <w:r>
        <w:t>「入力するときに不足が分かると助かります。承認がどこで止まっているかも見たいです」</w:t>
      </w:r>
    </w:p>
    <w:p>
      <w:pPr>
        <w:pStyle w:val="ListBullet"/>
      </w:pPr>
      <w:r>
        <w:t>「全拠点を一気に変えるより、まず1拠点で試せると相談しやすいです」</w:t>
      </w:r>
    </w:p>
    <w:p>
      <w:pPr>
        <w:pStyle w:val="ListBullet"/>
      </w:pPr>
      <w:r>
        <w:t>「経理部長には月末の負担と、現場が使えるかを説明したいです」</w:t>
      </w:r>
    </w:p>
    <w:p>
      <w:pPr>
        <w:pStyle w:val="ListBullet"/>
      </w:pPr>
      <w:r>
        <w:t>「システムの話は情シス課長にも相談します」</w:t>
      </w:r>
    </w:p>
    <w:p>
      <w:pPr>
        <w:pStyle w:val="Heading1"/>
      </w:pPr>
      <w:r>
        <w:t xml:space="preserve">未確認のまま残したこと 3点 </w:t>
      </w:r>
    </w:p>
    <w:p>
      <w:pPr>
        <w:pStyle w:val="ListBullet"/>
      </w:pPr>
      <w:r>
        <w:t>月間の申請件数と、経費処理・残業にかかっている時間はまだ聞けていない。</w:t>
      </w:r>
    </w:p>
    <w:p>
      <w:pPr>
        <w:pStyle w:val="ListBullet"/>
      </w:pPr>
      <w:r>
        <w:t>利用中の会計ソフト名と、CSVの取り込み条件は未確認。</w:t>
      </w:r>
    </w:p>
    <w:p>
      <w:pPr>
        <w:pStyle w:val="ListBullet"/>
      </w:pPr>
      <w:r>
        <w:t>予算・決裁者・導入希望時期はまだ確認できていない。</w:t>
      </w:r>
    </w:p>
    <w:p>
      <w:r>
        <w:t>次回は現状の申請書と承認ルートを一緒に確認する、という相談まで。導入の約束はしていない。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93" w:lineRule="auto"/>
    </w:pPr>
    <w:rPr>
      <w:rFonts w:ascii="Hiragino Sans" w:hAnsi="Hiragino Sans" w:eastAsia="Hiragino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93" w:lineRule="auto"/>
      <w:outlineLvl w:val="0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93" w:lineRule="auto"/>
      <w:outlineLvl w:val="1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93" w:lineRule="auto"/>
      <w:contextualSpacing/>
    </w:pPr>
    <w:rPr>
      <w:rFonts w:asciiTheme="majorHAnsi" w:eastAsiaTheme="majorEastAsia" w:hAnsiTheme="majorHAnsi" w:cstheme="majorBidi" w:ascii="Hiragino Sans" w:hAnsi="Hiragino Sans" w:eastAsia="Hiragino Sans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93" w:lineRule="auto"/>
      <w:contextualSpacing/>
    </w:pPr>
    <w:rPr>
      <w:rFonts w:ascii="Hiragino Sans" w:hAnsi="Hiragino Sans" w:eastAsia="Hiragino Sans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けいたろう</dc:creator>
  <cp:keywords/>
  <dc:description>generated by python-docx</dc:description>
  <cp:lastModifiedBy>けいたろう</cp:lastModifiedBy>
  <cp:revision>1</cp:revision>
  <dcterms:created xsi:type="dcterms:W3CDTF">2013-12-23T23:15:00Z</dcterms:created>
  <dcterms:modified xsi:type="dcterms:W3CDTF">2013-12-23T23:15:00Z</dcterms:modified>
  <cp:category/>
</cp:coreProperties>
</file>